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ÖRNEK KONUT BLOĞU — MAHAL LİSTESİ</w:t>
      </w:r>
    </w:p>
    <w:p>
      <w:pPr>
        <w:jc w:val="center"/>
      </w:pPr>
      <w:r>
        <w:rPr>
          <w:i/>
          <w:color w:val="606060"/>
          <w:sz w:val="17"/>
        </w:rPr>
        <w:t>ÖRNEK belge · MahalLab tanıtımı için hazırlanmış kurgusal bir yapıdır · poz numaraları ÇŞB 2026 birim fiyat listesine atıftır, açıklamalar kısaltılmıştır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A</w:t>
            </w:r>
          </w:p>
        </w:tc>
        <w:tc>
          <w:tcPr>
            <w:tcW w:type="dxa" w:w="283"/>
          </w:tcPr>
          <w:p>
            <w:r>
              <w:rPr>
                <w:b/>
                <w:sz w:val="22"/>
              </w:rPr>
              <w:t>:</w:t>
            </w:r>
          </w:p>
        </w:tc>
        <w:tc>
          <w:tcPr>
            <w:tcW w:type="dxa" w:w="6350"/>
          </w:tcPr>
          <w:p>
            <w:r>
              <w:rPr>
                <w:b/>
                <w:sz w:val="22"/>
              </w:rPr>
              <w:t>BODRUM KATLAR</w:t>
            </w:r>
          </w:p>
        </w:tc>
        <w:tc>
          <w:tcPr>
            <w:tcW w:type="dxa" w:w="1587"/>
          </w:tcPr>
          <w:p/>
        </w:tc>
      </w:tr>
      <w:tr>
        <w:tc>
          <w:tcPr>
            <w:tcW w:type="dxa" w:w="1928"/>
          </w:tcPr>
          <w:p>
            <w:r>
              <w:rPr>
                <w:b/>
              </w:rPr>
              <w:t>A-1</w:t>
            </w:r>
          </w:p>
        </w:tc>
        <w:tc>
          <w:tcPr>
            <w:tcW w:type="dxa" w:w="283"/>
          </w:tcPr>
          <w:p>
            <w:r>
              <w:rPr>
                <w:b/>
              </w:rPr>
              <w:t>:</w:t>
            </w:r>
          </w:p>
        </w:tc>
        <w:tc>
          <w:tcPr>
            <w:tcW w:type="dxa" w:w="6350"/>
          </w:tcPr>
          <w:p>
            <w:r>
              <w:rPr>
                <w:b/>
              </w:rPr>
              <w:t>OTOPARK</w:t>
            </w:r>
          </w:p>
        </w:tc>
        <w:tc>
          <w:tcPr>
            <w:tcW w:type="dxa" w:w="1587"/>
          </w:tcPr>
          <w:p/>
        </w:tc>
      </w:tr>
      <w:tr>
        <w:tc>
          <w:tcPr>
            <w:tcW w:type="dxa" w:w="1928"/>
          </w:tcPr>
          <w:p>
            <w:r>
              <w:t>DÖŞEME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Beton yüzey sertleştirici, park çizgileri boyalı</w:t>
            </w:r>
          </w:p>
        </w:tc>
        <w:tc>
          <w:tcPr>
            <w:tcW w:type="dxa" w:w="1587"/>
          </w:tcPr>
          <w:p>
            <w:r>
              <w:t>15.190.1003</w:t>
            </w:r>
          </w:p>
        </w:tc>
      </w:tr>
      <w:tr>
        <w:tc>
          <w:tcPr>
            <w:tcW w:type="dxa" w:w="1928"/>
          </w:tcPr>
          <w:p>
            <w:r>
              <w:t>DUVAR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Brüt beton / sıva üzeri sentetik mat boya</w:t>
            </w:r>
          </w:p>
        </w:tc>
        <w:tc>
          <w:tcPr>
            <w:tcW w:type="dxa" w:w="1587"/>
          </w:tcPr>
          <w:p>
            <w:r>
              <w:t>15.540.1544</w:t>
            </w:r>
          </w:p>
        </w:tc>
      </w:tr>
      <w:tr>
        <w:tc>
          <w:tcPr>
            <w:tcW w:type="dxa" w:w="1928"/>
          </w:tcPr>
          <w:p>
            <w:r>
              <w:t>TAVAN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Brüt beton üzeri sentetik mat boya</w:t>
            </w:r>
          </w:p>
        </w:tc>
        <w:tc>
          <w:tcPr>
            <w:tcW w:type="dxa" w:w="1587"/>
          </w:tcPr>
          <w:p>
            <w:r>
              <w:t>15.540.1544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A-2</w:t>
            </w:r>
          </w:p>
        </w:tc>
        <w:tc>
          <w:tcPr>
            <w:tcW w:type="dxa" w:w="283"/>
          </w:tcPr>
          <w:p>
            <w:r>
              <w:rPr>
                <w:b/>
              </w:rPr>
              <w:t>:</w:t>
            </w:r>
          </w:p>
        </w:tc>
        <w:tc>
          <w:tcPr>
            <w:tcW w:type="dxa" w:w="6350"/>
          </w:tcPr>
          <w:p>
            <w:r>
              <w:rPr>
                <w:b/>
              </w:rPr>
              <w:t>SIĞINAK</w:t>
            </w:r>
          </w:p>
        </w:tc>
        <w:tc>
          <w:tcPr>
            <w:tcW w:type="dxa" w:w="1587"/>
          </w:tcPr>
          <w:p/>
        </w:tc>
      </w:tr>
      <w:tr>
        <w:tc>
          <w:tcPr>
            <w:tcW w:type="dxa" w:w="1928"/>
          </w:tcPr>
          <w:p>
            <w:r>
              <w:t>DÖŞEME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Beton yüzey sertleştirici</w:t>
            </w:r>
          </w:p>
        </w:tc>
        <w:tc>
          <w:tcPr>
            <w:tcW w:type="dxa" w:w="1587"/>
          </w:tcPr>
          <w:p>
            <w:r>
              <w:t>15.190.1003</w:t>
            </w:r>
          </w:p>
        </w:tc>
      </w:tr>
      <w:tr>
        <w:tc>
          <w:tcPr>
            <w:tcW w:type="dxa" w:w="1928"/>
          </w:tcPr>
          <w:p>
            <w:r>
              <w:t>DUVAR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Alçı sıva üzeri sentetik mat boya</w:t>
            </w:r>
          </w:p>
        </w:tc>
        <w:tc>
          <w:tcPr>
            <w:tcW w:type="dxa" w:w="1587"/>
          </w:tcPr>
          <w:p>
            <w:r>
              <w:t>15.280.1009</w:t>
              <w:br/>
              <w:t>15.540.1544</w:t>
            </w:r>
          </w:p>
        </w:tc>
      </w:tr>
      <w:tr>
        <w:tc>
          <w:tcPr>
            <w:tcW w:type="dxa" w:w="1928"/>
          </w:tcPr>
          <w:p>
            <w:r>
              <w:t>TAVAN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Makine alçısı üzeri sentetik mat boya</w:t>
            </w:r>
          </w:p>
        </w:tc>
        <w:tc>
          <w:tcPr>
            <w:tcW w:type="dxa" w:w="1587"/>
          </w:tcPr>
          <w:p>
            <w:r>
              <w:t>15.280.1012</w:t>
              <w:br/>
              <w:t>15.540.1544</w:t>
            </w:r>
          </w:p>
        </w:tc>
      </w:tr>
      <w:tr>
        <w:tc>
          <w:tcPr>
            <w:tcW w:type="dxa" w:w="1928"/>
          </w:tcPr>
          <w:p>
            <w:r>
              <w:t>SÜPÜRGELİK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PVC esnek süpürgelik</w:t>
            </w:r>
          </w:p>
        </w:tc>
        <w:tc>
          <w:tcPr>
            <w:tcW w:type="dxa" w:w="1587"/>
          </w:tcPr>
          <w:p>
            <w:r>
              <w:t>15.365.1701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A-3</w:t>
            </w:r>
          </w:p>
        </w:tc>
        <w:tc>
          <w:tcPr>
            <w:tcW w:type="dxa" w:w="283"/>
          </w:tcPr>
          <w:p>
            <w:r>
              <w:rPr>
                <w:b/>
              </w:rPr>
              <w:t>:</w:t>
            </w:r>
          </w:p>
        </w:tc>
        <w:tc>
          <w:tcPr>
            <w:tcW w:type="dxa" w:w="6350"/>
          </w:tcPr>
          <w:p>
            <w:r>
              <w:rPr>
                <w:b/>
              </w:rPr>
              <w:t>DEPO</w:t>
            </w:r>
          </w:p>
        </w:tc>
        <w:tc>
          <w:tcPr>
            <w:tcW w:type="dxa" w:w="1587"/>
          </w:tcPr>
          <w:p/>
        </w:tc>
      </w:tr>
      <w:tr>
        <w:tc>
          <w:tcPr>
            <w:tcW w:type="dxa" w:w="1928"/>
          </w:tcPr>
          <w:p>
            <w:r>
              <w:t>DÖŞEME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Beyaz seramik yer karosu</w:t>
            </w:r>
          </w:p>
        </w:tc>
        <w:tc>
          <w:tcPr>
            <w:tcW w:type="dxa" w:w="1587"/>
          </w:tcPr>
          <w:p>
            <w:r>
              <w:t>15.375.1004</w:t>
            </w:r>
          </w:p>
        </w:tc>
      </w:tr>
      <w:tr>
        <w:tc>
          <w:tcPr>
            <w:tcW w:type="dxa" w:w="1928"/>
          </w:tcPr>
          <w:p>
            <w:r>
              <w:t>DUVAR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Alçı sıva üzeri saten alçı, iki kat iç cephe boyası</w:t>
            </w:r>
          </w:p>
        </w:tc>
        <w:tc>
          <w:tcPr>
            <w:tcW w:type="dxa" w:w="1587"/>
          </w:tcPr>
          <w:p>
            <w:r>
              <w:t>15.280.1009</w:t>
              <w:br/>
              <w:t>15.540.1533</w:t>
            </w:r>
          </w:p>
        </w:tc>
      </w:tr>
      <w:tr>
        <w:tc>
          <w:tcPr>
            <w:tcW w:type="dxa" w:w="1928"/>
          </w:tcPr>
          <w:p>
            <w:r>
              <w:t>TAVAN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Makine alçısı üzeri iç cephe boyası</w:t>
            </w:r>
          </w:p>
        </w:tc>
        <w:tc>
          <w:tcPr>
            <w:tcW w:type="dxa" w:w="1587"/>
          </w:tcPr>
          <w:p>
            <w:r>
              <w:t>15.280.1012</w:t>
              <w:br/>
              <w:t>15.540.1533</w:t>
            </w:r>
          </w:p>
        </w:tc>
      </w:tr>
      <w:tr>
        <w:tc>
          <w:tcPr>
            <w:tcW w:type="dxa" w:w="1928"/>
          </w:tcPr>
          <w:p>
            <w:r>
              <w:t>KAPI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Ahşap kasa ve pervaz, masif tablalı kanat</w:t>
            </w:r>
          </w:p>
        </w:tc>
        <w:tc>
          <w:tcPr>
            <w:tcW w:type="dxa" w:w="1587"/>
          </w:tcPr>
          <w:p>
            <w:r>
              <w:t>15.510.1001</w:t>
              <w:br/>
              <w:t>15.510.1101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A-4</w:t>
            </w:r>
          </w:p>
        </w:tc>
        <w:tc>
          <w:tcPr>
            <w:tcW w:type="dxa" w:w="283"/>
          </w:tcPr>
          <w:p>
            <w:r>
              <w:rPr>
                <w:b/>
              </w:rPr>
              <w:t>:</w:t>
            </w:r>
          </w:p>
        </w:tc>
        <w:tc>
          <w:tcPr>
            <w:tcW w:type="dxa" w:w="6350"/>
          </w:tcPr>
          <w:p>
            <w:r>
              <w:rPr>
                <w:b/>
              </w:rPr>
              <w:t>TEKNİK HACİM</w:t>
            </w:r>
          </w:p>
        </w:tc>
        <w:tc>
          <w:tcPr>
            <w:tcW w:type="dxa" w:w="1587"/>
          </w:tcPr>
          <w:p/>
        </w:tc>
      </w:tr>
      <w:tr>
        <w:tc>
          <w:tcPr>
            <w:tcW w:type="dxa" w:w="1928"/>
          </w:tcPr>
          <w:p>
            <w:r>
              <w:t>DÖŞEME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Beyaz seramik yer karosu</w:t>
            </w:r>
          </w:p>
        </w:tc>
        <w:tc>
          <w:tcPr>
            <w:tcW w:type="dxa" w:w="1587"/>
          </w:tcPr>
          <w:p>
            <w:r>
              <w:t>15.375.1004</w:t>
            </w:r>
          </w:p>
        </w:tc>
      </w:tr>
      <w:tr>
        <w:tc>
          <w:tcPr>
            <w:tcW w:type="dxa" w:w="1928"/>
          </w:tcPr>
          <w:p>
            <w:r>
              <w:t>DUVAR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Beyaz seramik duvar karosu (tam yükseklik)</w:t>
            </w:r>
          </w:p>
        </w:tc>
        <w:tc>
          <w:tcPr>
            <w:tcW w:type="dxa" w:w="1587"/>
          </w:tcPr>
          <w:p>
            <w:r>
              <w:t>15.380.1006</w:t>
            </w:r>
          </w:p>
        </w:tc>
      </w:tr>
      <w:tr>
        <w:tc>
          <w:tcPr>
            <w:tcW w:type="dxa" w:w="1928"/>
          </w:tcPr>
          <w:p>
            <w:r>
              <w:t>TAVAN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Sentetik mat boya</w:t>
            </w:r>
          </w:p>
        </w:tc>
        <w:tc>
          <w:tcPr>
            <w:tcW w:type="dxa" w:w="1587"/>
          </w:tcPr>
          <w:p>
            <w:r>
              <w:t>15.540.1544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B</w:t>
            </w:r>
          </w:p>
        </w:tc>
        <w:tc>
          <w:tcPr>
            <w:tcW w:type="dxa" w:w="283"/>
          </w:tcPr>
          <w:p>
            <w:r>
              <w:rPr>
                <w:b/>
                <w:sz w:val="22"/>
              </w:rPr>
              <w:t>:</w:t>
            </w:r>
          </w:p>
        </w:tc>
        <w:tc>
          <w:tcPr>
            <w:tcW w:type="dxa" w:w="6350"/>
          </w:tcPr>
          <w:p>
            <w:r>
              <w:rPr>
                <w:b/>
                <w:sz w:val="22"/>
              </w:rPr>
              <w:t>ZEMİN KAT ORTAK MAHALLER</w:t>
            </w:r>
          </w:p>
        </w:tc>
        <w:tc>
          <w:tcPr>
            <w:tcW w:type="dxa" w:w="1587"/>
          </w:tcPr>
          <w:p/>
        </w:tc>
      </w:tr>
      <w:tr>
        <w:tc>
          <w:tcPr>
            <w:tcW w:type="dxa" w:w="1928"/>
          </w:tcPr>
          <w:p>
            <w:r>
              <w:rPr>
                <w:b/>
              </w:rPr>
              <w:t>B-1</w:t>
            </w:r>
          </w:p>
        </w:tc>
        <w:tc>
          <w:tcPr>
            <w:tcW w:type="dxa" w:w="283"/>
          </w:tcPr>
          <w:p>
            <w:r>
              <w:rPr>
                <w:b/>
              </w:rPr>
              <w:t>:</w:t>
            </w:r>
          </w:p>
        </w:tc>
        <w:tc>
          <w:tcPr>
            <w:tcW w:type="dxa" w:w="6350"/>
          </w:tcPr>
          <w:p>
            <w:r>
              <w:rPr>
                <w:b/>
              </w:rPr>
              <w:t>GİRİŞ HOLÜ</w:t>
            </w:r>
          </w:p>
        </w:tc>
        <w:tc>
          <w:tcPr>
            <w:tcW w:type="dxa" w:w="1587"/>
          </w:tcPr>
          <w:p/>
        </w:tc>
      </w:tr>
      <w:tr>
        <w:tc>
          <w:tcPr>
            <w:tcW w:type="dxa" w:w="1928"/>
          </w:tcPr>
          <w:p>
            <w:r>
              <w:t>DÖŞEME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Renkli seramik yer karosu</w:t>
            </w:r>
          </w:p>
        </w:tc>
        <w:tc>
          <w:tcPr>
            <w:tcW w:type="dxa" w:w="1587"/>
          </w:tcPr>
          <w:p>
            <w:r>
              <w:t>15.375.1054</w:t>
            </w:r>
          </w:p>
        </w:tc>
      </w:tr>
      <w:tr>
        <w:tc>
          <w:tcPr>
            <w:tcW w:type="dxa" w:w="1928"/>
          </w:tcPr>
          <w:p>
            <w:r>
              <w:t>DUVAR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Alçı sıva üzeri saten alçı, iki kat iç cephe boyası</w:t>
            </w:r>
          </w:p>
        </w:tc>
        <w:tc>
          <w:tcPr>
            <w:tcW w:type="dxa" w:w="1587"/>
          </w:tcPr>
          <w:p>
            <w:r>
              <w:t>15.280.1009</w:t>
              <w:br/>
              <w:t>15.540.1533</w:t>
            </w:r>
          </w:p>
        </w:tc>
      </w:tr>
      <w:tr>
        <w:tc>
          <w:tcPr>
            <w:tcW w:type="dxa" w:w="1928"/>
          </w:tcPr>
          <w:p>
            <w:r>
              <w:t>TAVAN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Makine alçısı üzeri iç cephe boyası</w:t>
            </w:r>
          </w:p>
        </w:tc>
        <w:tc>
          <w:tcPr>
            <w:tcW w:type="dxa" w:w="1587"/>
          </w:tcPr>
          <w:p>
            <w:r>
              <w:t>15.280.1012</w:t>
              <w:br/>
              <w:t>15.540.1533</w:t>
            </w:r>
          </w:p>
        </w:tc>
      </w:tr>
      <w:tr>
        <w:tc>
          <w:tcPr>
            <w:tcW w:type="dxa" w:w="1928"/>
          </w:tcPr>
          <w:p>
            <w:r>
              <w:t>SÜPÜRGELİK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PVC kepli süpürgelik</w:t>
            </w:r>
          </w:p>
        </w:tc>
        <w:tc>
          <w:tcPr>
            <w:tcW w:type="dxa" w:w="1587"/>
          </w:tcPr>
          <w:p>
            <w:r>
              <w:t>15.365.1702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B-2</w:t>
            </w:r>
          </w:p>
        </w:tc>
        <w:tc>
          <w:tcPr>
            <w:tcW w:type="dxa" w:w="283"/>
          </w:tcPr>
          <w:p>
            <w:r>
              <w:rPr>
                <w:b/>
              </w:rPr>
              <w:t>:</w:t>
            </w:r>
          </w:p>
        </w:tc>
        <w:tc>
          <w:tcPr>
            <w:tcW w:type="dxa" w:w="6350"/>
          </w:tcPr>
          <w:p>
            <w:r>
              <w:rPr>
                <w:b/>
              </w:rPr>
              <w:t>MERDİVEN EVİ</w:t>
            </w:r>
          </w:p>
        </w:tc>
        <w:tc>
          <w:tcPr>
            <w:tcW w:type="dxa" w:w="1587"/>
          </w:tcPr>
          <w:p/>
        </w:tc>
      </w:tr>
      <w:tr>
        <w:tc>
          <w:tcPr>
            <w:tcW w:type="dxa" w:w="1928"/>
          </w:tcPr>
          <w:p>
            <w:r>
              <w:t>DÖŞEME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Renkli seramik yer karosu (sahanlık)</w:t>
            </w:r>
          </w:p>
        </w:tc>
        <w:tc>
          <w:tcPr>
            <w:tcW w:type="dxa" w:w="1587"/>
          </w:tcPr>
          <w:p>
            <w:r>
              <w:t>15.375.1054</w:t>
            </w:r>
          </w:p>
        </w:tc>
      </w:tr>
      <w:tr>
        <w:tc>
          <w:tcPr>
            <w:tcW w:type="dxa" w:w="1928"/>
          </w:tcPr>
          <w:p>
            <w:r>
              <w:t>DUVAR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Alçı sıva üzeri saten alçı, iki kat iç cephe boyası</w:t>
            </w:r>
          </w:p>
        </w:tc>
        <w:tc>
          <w:tcPr>
            <w:tcW w:type="dxa" w:w="1587"/>
          </w:tcPr>
          <w:p>
            <w:r>
              <w:t>15.280.1009</w:t>
              <w:br/>
              <w:t>15.540.1533</w:t>
            </w:r>
          </w:p>
        </w:tc>
      </w:tr>
      <w:tr>
        <w:tc>
          <w:tcPr>
            <w:tcW w:type="dxa" w:w="1928"/>
          </w:tcPr>
          <w:p>
            <w:r>
              <w:t>TAVAN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Makine alçısı üzeri iç cephe boyası</w:t>
            </w:r>
          </w:p>
        </w:tc>
        <w:tc>
          <w:tcPr>
            <w:tcW w:type="dxa" w:w="1587"/>
          </w:tcPr>
          <w:p>
            <w:r>
              <w:t>15.280.1012</w:t>
              <w:br/>
              <w:t>15.540.1533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B-3</w:t>
            </w:r>
          </w:p>
        </w:tc>
        <w:tc>
          <w:tcPr>
            <w:tcW w:type="dxa" w:w="283"/>
          </w:tcPr>
          <w:p>
            <w:r>
              <w:rPr>
                <w:b/>
              </w:rPr>
              <w:t>:</w:t>
            </w:r>
          </w:p>
        </w:tc>
        <w:tc>
          <w:tcPr>
            <w:tcW w:type="dxa" w:w="6350"/>
          </w:tcPr>
          <w:p>
            <w:r>
              <w:rPr>
                <w:b/>
              </w:rPr>
              <w:t>ÇÖP VE BİSİKLET ODASI</w:t>
            </w:r>
          </w:p>
        </w:tc>
        <w:tc>
          <w:tcPr>
            <w:tcW w:type="dxa" w:w="1587"/>
          </w:tcPr>
          <w:p/>
        </w:tc>
      </w:tr>
      <w:tr>
        <w:tc>
          <w:tcPr>
            <w:tcW w:type="dxa" w:w="1928"/>
          </w:tcPr>
          <w:p>
            <w:r>
              <w:t>DÖŞEME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Beyaz seramik yer karosu</w:t>
            </w:r>
          </w:p>
        </w:tc>
        <w:tc>
          <w:tcPr>
            <w:tcW w:type="dxa" w:w="1587"/>
          </w:tcPr>
          <w:p>
            <w:r>
              <w:t>15.375.1004</w:t>
            </w:r>
          </w:p>
        </w:tc>
      </w:tr>
      <w:tr>
        <w:tc>
          <w:tcPr>
            <w:tcW w:type="dxa" w:w="1928"/>
          </w:tcPr>
          <w:p>
            <w:r>
              <w:t>DUVAR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Beyaz seramik duvar karosu (1,50 m) üzeri boya</w:t>
            </w:r>
          </w:p>
        </w:tc>
        <w:tc>
          <w:tcPr>
            <w:tcW w:type="dxa" w:w="1587"/>
          </w:tcPr>
          <w:p>
            <w:r>
              <w:t>15.380.1006</w:t>
              <w:br/>
              <w:t>15.540.1544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C</w:t>
            </w:r>
          </w:p>
        </w:tc>
        <w:tc>
          <w:tcPr>
            <w:tcW w:type="dxa" w:w="283"/>
          </w:tcPr>
          <w:p>
            <w:r>
              <w:rPr>
                <w:b/>
                <w:sz w:val="22"/>
              </w:rPr>
              <w:t>:</w:t>
            </w:r>
          </w:p>
        </w:tc>
        <w:tc>
          <w:tcPr>
            <w:tcW w:type="dxa" w:w="6350"/>
          </w:tcPr>
          <w:p>
            <w:r>
              <w:rPr>
                <w:b/>
                <w:sz w:val="22"/>
              </w:rPr>
              <w:t>DAİRE İÇİ MAHALLER (1–5. katlar, A ve B daireleri)</w:t>
            </w:r>
          </w:p>
        </w:tc>
        <w:tc>
          <w:tcPr>
            <w:tcW w:type="dxa" w:w="1587"/>
          </w:tcPr>
          <w:p/>
        </w:tc>
      </w:tr>
      <w:tr>
        <w:tc>
          <w:tcPr>
            <w:tcW w:type="dxa" w:w="1928"/>
          </w:tcPr>
          <w:p>
            <w:r>
              <w:rPr>
                <w:b/>
              </w:rPr>
              <w:t>C-1</w:t>
            </w:r>
          </w:p>
        </w:tc>
        <w:tc>
          <w:tcPr>
            <w:tcW w:type="dxa" w:w="283"/>
          </w:tcPr>
          <w:p>
            <w:r>
              <w:rPr>
                <w:b/>
              </w:rPr>
              <w:t>:</w:t>
            </w:r>
          </w:p>
        </w:tc>
        <w:tc>
          <w:tcPr>
            <w:tcW w:type="dxa" w:w="6350"/>
          </w:tcPr>
          <w:p>
            <w:r>
              <w:rPr>
                <w:b/>
              </w:rPr>
              <w:t>SALON</w:t>
            </w:r>
          </w:p>
        </w:tc>
        <w:tc>
          <w:tcPr>
            <w:tcW w:type="dxa" w:w="1587"/>
          </w:tcPr>
          <w:p/>
        </w:tc>
      </w:tr>
      <w:tr>
        <w:tc>
          <w:tcPr>
            <w:tcW w:type="dxa" w:w="1928"/>
          </w:tcPr>
          <w:p>
            <w:r>
              <w:t>DÖŞEME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Laminat parke AC3</w:t>
            </w:r>
          </w:p>
        </w:tc>
        <w:tc>
          <w:tcPr>
            <w:tcW w:type="dxa" w:w="1587"/>
          </w:tcPr>
          <w:p>
            <w:r>
              <w:t>15.490.1002</w:t>
            </w:r>
          </w:p>
        </w:tc>
      </w:tr>
      <w:tr>
        <w:tc>
          <w:tcPr>
            <w:tcW w:type="dxa" w:w="1928"/>
          </w:tcPr>
          <w:p>
            <w:r>
              <w:t>DUVAR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Alçı sıva üzeri saten alçı, iki kat iç cephe boyası</w:t>
            </w:r>
          </w:p>
        </w:tc>
        <w:tc>
          <w:tcPr>
            <w:tcW w:type="dxa" w:w="1587"/>
          </w:tcPr>
          <w:p>
            <w:r>
              <w:t>15.280.1009</w:t>
              <w:br/>
              <w:t>15.540.1533</w:t>
            </w:r>
          </w:p>
        </w:tc>
      </w:tr>
      <w:tr>
        <w:tc>
          <w:tcPr>
            <w:tcW w:type="dxa" w:w="1928"/>
          </w:tcPr>
          <w:p>
            <w:r>
              <w:t>TAVAN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Makine alçısı üzeri iç cephe boyası</w:t>
            </w:r>
          </w:p>
        </w:tc>
        <w:tc>
          <w:tcPr>
            <w:tcW w:type="dxa" w:w="1587"/>
          </w:tcPr>
          <w:p>
            <w:r>
              <w:t>15.280.1012</w:t>
              <w:br/>
              <w:t>15.540.1533</w:t>
            </w:r>
          </w:p>
        </w:tc>
      </w:tr>
      <w:tr>
        <w:tc>
          <w:tcPr>
            <w:tcW w:type="dxa" w:w="1928"/>
          </w:tcPr>
          <w:p>
            <w:r>
              <w:t>KAPI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Ahşap kasa ve pervaz, camlı kanat</w:t>
            </w:r>
          </w:p>
        </w:tc>
        <w:tc>
          <w:tcPr>
            <w:tcW w:type="dxa" w:w="1587"/>
          </w:tcPr>
          <w:p>
            <w:r>
              <w:t>15.510.1001</w:t>
              <w:br/>
              <w:t>15.510.1105</w:t>
            </w:r>
          </w:p>
        </w:tc>
      </w:tr>
      <w:tr>
        <w:tc>
          <w:tcPr>
            <w:tcW w:type="dxa" w:w="1928"/>
          </w:tcPr>
          <w:p>
            <w:r>
              <w:t>PENCERE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PVC doğrama, çift cam</w:t>
            </w:r>
          </w:p>
        </w:tc>
        <w:tc>
          <w:tcPr>
            <w:tcW w:type="dxa" w:w="1587"/>
          </w:tcPr>
          <w:p>
            <w:r>
              <w:t>15.455.1005</w:t>
            </w:r>
          </w:p>
        </w:tc>
      </w:tr>
      <w:tr>
        <w:tc>
          <w:tcPr>
            <w:tcW w:type="dxa" w:w="1928"/>
          </w:tcPr>
          <w:p>
            <w:r>
              <w:t>DENİZLİK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Mozayik denizlik</w:t>
            </w:r>
          </w:p>
        </w:tc>
        <w:tc>
          <w:tcPr>
            <w:tcW w:type="dxa" w:w="1587"/>
          </w:tcPr>
          <w:p>
            <w:r>
              <w:t>15.450.1012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C-2</w:t>
            </w:r>
          </w:p>
        </w:tc>
        <w:tc>
          <w:tcPr>
            <w:tcW w:type="dxa" w:w="283"/>
          </w:tcPr>
          <w:p>
            <w:r>
              <w:rPr>
                <w:b/>
              </w:rPr>
              <w:t>:</w:t>
            </w:r>
          </w:p>
        </w:tc>
        <w:tc>
          <w:tcPr>
            <w:tcW w:type="dxa" w:w="6350"/>
          </w:tcPr>
          <w:p>
            <w:r>
              <w:rPr>
                <w:b/>
              </w:rPr>
              <w:t>YATAK ODASI</w:t>
            </w:r>
          </w:p>
        </w:tc>
        <w:tc>
          <w:tcPr>
            <w:tcW w:type="dxa" w:w="1587"/>
          </w:tcPr>
          <w:p/>
        </w:tc>
      </w:tr>
      <w:tr>
        <w:tc>
          <w:tcPr>
            <w:tcW w:type="dxa" w:w="1928"/>
          </w:tcPr>
          <w:p>
            <w:r>
              <w:t>DÖŞEME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Laminat parke AC3</w:t>
            </w:r>
          </w:p>
        </w:tc>
        <w:tc>
          <w:tcPr>
            <w:tcW w:type="dxa" w:w="1587"/>
          </w:tcPr>
          <w:p>
            <w:r>
              <w:t>15.490.1002</w:t>
            </w:r>
          </w:p>
        </w:tc>
      </w:tr>
      <w:tr>
        <w:tc>
          <w:tcPr>
            <w:tcW w:type="dxa" w:w="1928"/>
          </w:tcPr>
          <w:p>
            <w:r>
              <w:t>DUVAR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Alçı sıva üzeri saten alçı, iki kat iç cephe boyası</w:t>
            </w:r>
          </w:p>
        </w:tc>
        <w:tc>
          <w:tcPr>
            <w:tcW w:type="dxa" w:w="1587"/>
          </w:tcPr>
          <w:p>
            <w:r>
              <w:t>15.280.1009</w:t>
              <w:br/>
              <w:t>15.540.1533</w:t>
            </w:r>
          </w:p>
        </w:tc>
      </w:tr>
      <w:tr>
        <w:tc>
          <w:tcPr>
            <w:tcW w:type="dxa" w:w="1928"/>
          </w:tcPr>
          <w:p>
            <w:r>
              <w:t>TAVAN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Makine alçısı üzeri iç cephe boyası</w:t>
            </w:r>
          </w:p>
        </w:tc>
        <w:tc>
          <w:tcPr>
            <w:tcW w:type="dxa" w:w="1587"/>
          </w:tcPr>
          <w:p>
            <w:r>
              <w:t>15.280.1012</w:t>
              <w:br/>
              <w:t>15.540.1533</w:t>
            </w:r>
          </w:p>
        </w:tc>
      </w:tr>
      <w:tr>
        <w:tc>
          <w:tcPr>
            <w:tcW w:type="dxa" w:w="1928"/>
          </w:tcPr>
          <w:p>
            <w:r>
              <w:t>KAPI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Ahşap kasa ve pervaz, masif tablalı kanat</w:t>
            </w:r>
          </w:p>
        </w:tc>
        <w:tc>
          <w:tcPr>
            <w:tcW w:type="dxa" w:w="1587"/>
          </w:tcPr>
          <w:p>
            <w:r>
              <w:t>15.510.1001</w:t>
              <w:br/>
              <w:t>15.510.1101</w:t>
            </w:r>
          </w:p>
        </w:tc>
      </w:tr>
      <w:tr>
        <w:tc>
          <w:tcPr>
            <w:tcW w:type="dxa" w:w="1928"/>
          </w:tcPr>
          <w:p>
            <w:r>
              <w:t>PENCERE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PVC doğrama, çift cam</w:t>
            </w:r>
          </w:p>
        </w:tc>
        <w:tc>
          <w:tcPr>
            <w:tcW w:type="dxa" w:w="1587"/>
          </w:tcPr>
          <w:p>
            <w:r>
              <w:t>15.455.1005</w:t>
            </w:r>
          </w:p>
        </w:tc>
      </w:tr>
      <w:tr>
        <w:tc>
          <w:tcPr>
            <w:tcW w:type="dxa" w:w="1928"/>
          </w:tcPr>
          <w:p>
            <w:r>
              <w:t>DENİZLİK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Mozayik denizlik</w:t>
            </w:r>
          </w:p>
        </w:tc>
        <w:tc>
          <w:tcPr>
            <w:tcW w:type="dxa" w:w="1587"/>
          </w:tcPr>
          <w:p>
            <w:r>
              <w:t>15.450.1012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C-3</w:t>
            </w:r>
          </w:p>
        </w:tc>
        <w:tc>
          <w:tcPr>
            <w:tcW w:type="dxa" w:w="283"/>
          </w:tcPr>
          <w:p>
            <w:r>
              <w:rPr>
                <w:b/>
              </w:rPr>
              <w:t>:</w:t>
            </w:r>
          </w:p>
        </w:tc>
        <w:tc>
          <w:tcPr>
            <w:tcW w:type="dxa" w:w="6350"/>
          </w:tcPr>
          <w:p>
            <w:r>
              <w:rPr>
                <w:b/>
              </w:rPr>
              <w:t>MUTFAK</w:t>
            </w:r>
          </w:p>
        </w:tc>
        <w:tc>
          <w:tcPr>
            <w:tcW w:type="dxa" w:w="1587"/>
          </w:tcPr>
          <w:p/>
        </w:tc>
      </w:tr>
      <w:tr>
        <w:tc>
          <w:tcPr>
            <w:tcW w:type="dxa" w:w="1928"/>
          </w:tcPr>
          <w:p>
            <w:r>
              <w:t>DÖŞEME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Renkli seramik yer karosu</w:t>
            </w:r>
          </w:p>
        </w:tc>
        <w:tc>
          <w:tcPr>
            <w:tcW w:type="dxa" w:w="1587"/>
          </w:tcPr>
          <w:p>
            <w:r>
              <w:t>15.375.1054</w:t>
            </w:r>
          </w:p>
        </w:tc>
      </w:tr>
      <w:tr>
        <w:tc>
          <w:tcPr>
            <w:tcW w:type="dxa" w:w="1928"/>
          </w:tcPr>
          <w:p>
            <w:r>
              <w:t>DUVAR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Tezgâh arası seramik duvar karosu, diğer yüzeyler boyalı</w:t>
            </w:r>
          </w:p>
        </w:tc>
        <w:tc>
          <w:tcPr>
            <w:tcW w:type="dxa" w:w="1587"/>
          </w:tcPr>
          <w:p>
            <w:r>
              <w:t>15.380.1006</w:t>
              <w:br/>
              <w:t>15.280.1009</w:t>
              <w:br/>
              <w:t>15.540.1533</w:t>
            </w:r>
          </w:p>
        </w:tc>
      </w:tr>
      <w:tr>
        <w:tc>
          <w:tcPr>
            <w:tcW w:type="dxa" w:w="1928"/>
          </w:tcPr>
          <w:p>
            <w:r>
              <w:t>TAVAN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Makine alçısı üzeri iç cephe boyası</w:t>
            </w:r>
          </w:p>
        </w:tc>
        <w:tc>
          <w:tcPr>
            <w:tcW w:type="dxa" w:w="1587"/>
          </w:tcPr>
          <w:p>
            <w:r>
              <w:t>15.280.1012</w:t>
              <w:br/>
              <w:t>15.540.1533</w:t>
            </w:r>
          </w:p>
        </w:tc>
      </w:tr>
      <w:tr>
        <w:tc>
          <w:tcPr>
            <w:tcW w:type="dxa" w:w="1928"/>
          </w:tcPr>
          <w:p>
            <w:r>
              <w:t>PENCERE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PVC doğrama, çift cam</w:t>
            </w:r>
          </w:p>
        </w:tc>
        <w:tc>
          <w:tcPr>
            <w:tcW w:type="dxa" w:w="1587"/>
          </w:tcPr>
          <w:p>
            <w:r>
              <w:t>15.455.1005</w:t>
            </w:r>
          </w:p>
        </w:tc>
      </w:tr>
      <w:tr>
        <w:tc>
          <w:tcPr>
            <w:tcW w:type="dxa" w:w="1928"/>
          </w:tcPr>
          <w:p>
            <w:r>
              <w:t>DENİZLİK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Mozayik denizlik</w:t>
            </w:r>
          </w:p>
        </w:tc>
        <w:tc>
          <w:tcPr>
            <w:tcW w:type="dxa" w:w="1587"/>
          </w:tcPr>
          <w:p>
            <w:r>
              <w:t>15.450.1012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C-4</w:t>
            </w:r>
          </w:p>
        </w:tc>
        <w:tc>
          <w:tcPr>
            <w:tcW w:type="dxa" w:w="283"/>
          </w:tcPr>
          <w:p>
            <w:r>
              <w:rPr>
                <w:b/>
              </w:rPr>
              <w:t>:</w:t>
            </w:r>
          </w:p>
        </w:tc>
        <w:tc>
          <w:tcPr>
            <w:tcW w:type="dxa" w:w="6350"/>
          </w:tcPr>
          <w:p>
            <w:r>
              <w:rPr>
                <w:b/>
              </w:rPr>
              <w:t>BANYO</w:t>
            </w:r>
          </w:p>
        </w:tc>
        <w:tc>
          <w:tcPr>
            <w:tcW w:type="dxa" w:w="1587"/>
          </w:tcPr>
          <w:p/>
        </w:tc>
      </w:tr>
      <w:tr>
        <w:tc>
          <w:tcPr>
            <w:tcW w:type="dxa" w:w="1928"/>
          </w:tcPr>
          <w:p>
            <w:r>
              <w:t>DÖŞEME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Beyaz seramik yer karosu</w:t>
            </w:r>
          </w:p>
        </w:tc>
        <w:tc>
          <w:tcPr>
            <w:tcW w:type="dxa" w:w="1587"/>
          </w:tcPr>
          <w:p>
            <w:r>
              <w:t>15.375.1004</w:t>
            </w:r>
          </w:p>
        </w:tc>
      </w:tr>
      <w:tr>
        <w:tc>
          <w:tcPr>
            <w:tcW w:type="dxa" w:w="1928"/>
          </w:tcPr>
          <w:p>
            <w:r>
              <w:t>DUVAR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Beyaz seramik duvar karosu (tavana kadar)</w:t>
            </w:r>
          </w:p>
        </w:tc>
        <w:tc>
          <w:tcPr>
            <w:tcW w:type="dxa" w:w="1587"/>
          </w:tcPr>
          <w:p>
            <w:r>
              <w:t>15.380.1006</w:t>
            </w:r>
          </w:p>
        </w:tc>
      </w:tr>
      <w:tr>
        <w:tc>
          <w:tcPr>
            <w:tcW w:type="dxa" w:w="1928"/>
          </w:tcPr>
          <w:p>
            <w:r>
              <w:t>TAVAN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Makine alçısı üzeri iç cephe boyası</w:t>
            </w:r>
          </w:p>
        </w:tc>
        <w:tc>
          <w:tcPr>
            <w:tcW w:type="dxa" w:w="1587"/>
          </w:tcPr>
          <w:p>
            <w:r>
              <w:t>15.280.1012</w:t>
              <w:br/>
              <w:t>15.540.1533</w:t>
            </w:r>
          </w:p>
        </w:tc>
      </w:tr>
      <w:tr>
        <w:tc>
          <w:tcPr>
            <w:tcW w:type="dxa" w:w="1928"/>
          </w:tcPr>
          <w:p>
            <w:r>
              <w:t>KAPI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Ahşap kasa ve pervaz, masif tablalı kanat</w:t>
            </w:r>
          </w:p>
        </w:tc>
        <w:tc>
          <w:tcPr>
            <w:tcW w:type="dxa" w:w="1587"/>
          </w:tcPr>
          <w:p>
            <w:r>
              <w:t>15.510.1001</w:t>
              <w:br/>
              <w:t>15.510.1101</w:t>
            </w:r>
          </w:p>
        </w:tc>
      </w:tr>
      <w:tr>
        <w:tc>
          <w:tcPr>
            <w:tcW w:type="dxa" w:w="1928"/>
          </w:tcPr>
          <w:p>
            <w:r>
              <w:t>PENCERE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PVC doğrama, çift cam</w:t>
            </w:r>
          </w:p>
        </w:tc>
        <w:tc>
          <w:tcPr>
            <w:tcW w:type="dxa" w:w="1587"/>
          </w:tcPr>
          <w:p>
            <w:r>
              <w:t>15.455.1005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C-5</w:t>
            </w:r>
          </w:p>
        </w:tc>
        <w:tc>
          <w:tcPr>
            <w:tcW w:type="dxa" w:w="283"/>
          </w:tcPr>
          <w:p>
            <w:r>
              <w:rPr>
                <w:b/>
              </w:rPr>
              <w:t>:</w:t>
            </w:r>
          </w:p>
        </w:tc>
        <w:tc>
          <w:tcPr>
            <w:tcW w:type="dxa" w:w="6350"/>
          </w:tcPr>
          <w:p>
            <w:r>
              <w:rPr>
                <w:b/>
              </w:rPr>
              <w:t>WC</w:t>
            </w:r>
          </w:p>
        </w:tc>
        <w:tc>
          <w:tcPr>
            <w:tcW w:type="dxa" w:w="1587"/>
          </w:tcPr>
          <w:p/>
        </w:tc>
      </w:tr>
      <w:tr>
        <w:tc>
          <w:tcPr>
            <w:tcW w:type="dxa" w:w="1928"/>
          </w:tcPr>
          <w:p>
            <w:r>
              <w:t>DÖŞEME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Beyaz seramik yer karosu</w:t>
            </w:r>
          </w:p>
        </w:tc>
        <w:tc>
          <w:tcPr>
            <w:tcW w:type="dxa" w:w="1587"/>
          </w:tcPr>
          <w:p>
            <w:r>
              <w:t>15.375.1004</w:t>
            </w:r>
          </w:p>
        </w:tc>
      </w:tr>
      <w:tr>
        <w:tc>
          <w:tcPr>
            <w:tcW w:type="dxa" w:w="1928"/>
          </w:tcPr>
          <w:p>
            <w:r>
              <w:t>DUVAR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Beyaz seramik duvar karosu (tavana kadar)</w:t>
            </w:r>
          </w:p>
        </w:tc>
        <w:tc>
          <w:tcPr>
            <w:tcW w:type="dxa" w:w="1587"/>
          </w:tcPr>
          <w:p>
            <w:r>
              <w:t>15.380.1006</w:t>
            </w:r>
          </w:p>
        </w:tc>
      </w:tr>
      <w:tr>
        <w:tc>
          <w:tcPr>
            <w:tcW w:type="dxa" w:w="1928"/>
          </w:tcPr>
          <w:p>
            <w:r>
              <w:t>TAVAN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Makine alçısı üzeri iç cephe boyası</w:t>
            </w:r>
          </w:p>
        </w:tc>
        <w:tc>
          <w:tcPr>
            <w:tcW w:type="dxa" w:w="1587"/>
          </w:tcPr>
          <w:p>
            <w:r>
              <w:t>15.280.1012</w:t>
              <w:br/>
              <w:t>15.540.1533</w:t>
            </w:r>
          </w:p>
        </w:tc>
      </w:tr>
      <w:tr>
        <w:tc>
          <w:tcPr>
            <w:tcW w:type="dxa" w:w="1928"/>
          </w:tcPr>
          <w:p>
            <w:r>
              <w:t>KAPI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Ahşap kasa ve pervaz, masif tablalı kanat</w:t>
            </w:r>
          </w:p>
        </w:tc>
        <w:tc>
          <w:tcPr>
            <w:tcW w:type="dxa" w:w="1587"/>
          </w:tcPr>
          <w:p>
            <w:r>
              <w:t>15.510.1001</w:t>
              <w:br/>
              <w:t>15.510.1101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C-6</w:t>
            </w:r>
          </w:p>
        </w:tc>
        <w:tc>
          <w:tcPr>
            <w:tcW w:type="dxa" w:w="283"/>
          </w:tcPr>
          <w:p>
            <w:r>
              <w:rPr>
                <w:b/>
              </w:rPr>
              <w:t>:</w:t>
            </w:r>
          </w:p>
        </w:tc>
        <w:tc>
          <w:tcPr>
            <w:tcW w:type="dxa" w:w="6350"/>
          </w:tcPr>
          <w:p>
            <w:r>
              <w:rPr>
                <w:b/>
              </w:rPr>
              <w:t>ANTRE</w:t>
            </w:r>
          </w:p>
        </w:tc>
        <w:tc>
          <w:tcPr>
            <w:tcW w:type="dxa" w:w="1587"/>
          </w:tcPr>
          <w:p/>
        </w:tc>
      </w:tr>
      <w:tr>
        <w:tc>
          <w:tcPr>
            <w:tcW w:type="dxa" w:w="1928"/>
          </w:tcPr>
          <w:p>
            <w:r>
              <w:t>DÖŞEME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Renkli seramik yer karosu</w:t>
            </w:r>
          </w:p>
        </w:tc>
        <w:tc>
          <w:tcPr>
            <w:tcW w:type="dxa" w:w="1587"/>
          </w:tcPr>
          <w:p>
            <w:r>
              <w:t>15.375.1054</w:t>
            </w:r>
          </w:p>
        </w:tc>
      </w:tr>
      <w:tr>
        <w:tc>
          <w:tcPr>
            <w:tcW w:type="dxa" w:w="1928"/>
          </w:tcPr>
          <w:p>
            <w:r>
              <w:t>DUVAR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Alçı sıva üzeri saten alçı, iki kat iç cephe boyası</w:t>
            </w:r>
          </w:p>
        </w:tc>
        <w:tc>
          <w:tcPr>
            <w:tcW w:type="dxa" w:w="1587"/>
          </w:tcPr>
          <w:p>
            <w:r>
              <w:t>15.280.1009</w:t>
              <w:br/>
              <w:t>15.540.1533</w:t>
            </w:r>
          </w:p>
        </w:tc>
      </w:tr>
      <w:tr>
        <w:tc>
          <w:tcPr>
            <w:tcW w:type="dxa" w:w="1928"/>
          </w:tcPr>
          <w:p>
            <w:r>
              <w:t>TAVAN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Makine alçısı üzeri iç cephe boyası</w:t>
            </w:r>
          </w:p>
        </w:tc>
        <w:tc>
          <w:tcPr>
            <w:tcW w:type="dxa" w:w="1587"/>
          </w:tcPr>
          <w:p>
            <w:r>
              <w:t>15.280.1012</w:t>
              <w:br/>
              <w:t>15.540.1533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C-7</w:t>
            </w:r>
          </w:p>
        </w:tc>
        <w:tc>
          <w:tcPr>
            <w:tcW w:type="dxa" w:w="283"/>
          </w:tcPr>
          <w:p>
            <w:r>
              <w:rPr>
                <w:b/>
              </w:rPr>
              <w:t>:</w:t>
            </w:r>
          </w:p>
        </w:tc>
        <w:tc>
          <w:tcPr>
            <w:tcW w:type="dxa" w:w="6350"/>
          </w:tcPr>
          <w:p>
            <w:r>
              <w:rPr>
                <w:b/>
              </w:rPr>
              <w:t>BALKON</w:t>
            </w:r>
          </w:p>
        </w:tc>
        <w:tc>
          <w:tcPr>
            <w:tcW w:type="dxa" w:w="1587"/>
          </w:tcPr>
          <w:p/>
        </w:tc>
      </w:tr>
      <w:tr>
        <w:tc>
          <w:tcPr>
            <w:tcW w:type="dxa" w:w="1928"/>
          </w:tcPr>
          <w:p>
            <w:r>
              <w:t>DÖŞEME</w:t>
            </w:r>
          </w:p>
        </w:tc>
        <w:tc>
          <w:tcPr>
            <w:tcW w:type="dxa" w:w="283"/>
          </w:tcPr>
          <w:p>
            <w:r>
              <w:t>:</w:t>
            </w:r>
          </w:p>
        </w:tc>
        <w:tc>
          <w:tcPr>
            <w:tcW w:type="dxa" w:w="6350"/>
          </w:tcPr>
          <w:p>
            <w:r>
              <w:t>Renkli seramik yer karosu (dona dayanıklı)</w:t>
            </w:r>
          </w:p>
        </w:tc>
        <w:tc>
          <w:tcPr>
            <w:tcW w:type="dxa" w:w="1587"/>
          </w:tcPr>
          <w:p>
            <w:r>
              <w:t>15.375.1054</w:t>
            </w:r>
          </w:p>
        </w:tc>
      </w:tr>
    </w:tbl>
    <w:p/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ÖRNEK Mahal Listesi</dc:title>
  <dc:subject>MahalLab örnek dosyası</dc:subject>
  <dc:creator>MahalLab</dc:creator>
  <cp:keywords/>
  <dc:description>Kurgusal örnek — gerçek proje, kurum ya da kişi içermez.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